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Geekthentic</w:t>
      </w:r>
    </w:p>
    <w:p>
      <w:pPr>
        <w:pStyle w:val="Title"/>
      </w:pPr>
      <w:r>
        <w:t>Southern California Retro Arcade Guide</w:t>
      </w:r>
    </w:p>
    <w:p>
      <w:pPr>
        <w:spacing w:after="80"/>
      </w:pPr>
      <w:r>
        <w:rPr>
          <w:sz w:val="20"/>
        </w:rPr>
        <w:t>A researched shortlist for geek parents and their kids • Checked October 11 2026</w:t>
      </w:r>
    </w:p>
    <w:p>
      <w:r>
        <w:t>Sharing a favorite game can turn “you had to be there” into something your kids can try. These five stops offer different ways into that conversation, from Pac-Man and racing to pinball built around familiar fandoms. Start with the closest fit, take turns choosing games, and leave room for a new family favorite.</w:t>
      </w:r>
    </w:p>
    <w:p>
      <w:pPr>
        <w:pStyle w:val="Heading1"/>
      </w:pPr>
      <w:r>
        <w:t>Choose your outing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3600"/>
        <w:gridCol w:w="4104"/>
      </w:tblGrid>
      <w:tr>
        <w:trPr>
          <w:cantSplit/>
          <w:tblHeader/>
        </w:trPr>
        <w:tc>
          <w:tcPr>
            <w:tcW w:type="dxa" w:w="2520"/>
            <w:vAlign w:val="center"/>
            <w:shd w:fill="193B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b/>
                <w:color w:val="FFFFFF"/>
                <w:sz w:val="19"/>
              </w:rPr>
              <w:t>Venue</w:t>
            </w:r>
          </w:p>
        </w:tc>
        <w:tc>
          <w:tcPr>
            <w:tcW w:type="dxa" w:w="3600"/>
            <w:vAlign w:val="center"/>
            <w:shd w:fill="193B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b/>
                <w:color w:val="FFFFFF"/>
                <w:sz w:val="19"/>
              </w:rPr>
              <w:t>Play budget in USD</w:t>
            </w:r>
          </w:p>
        </w:tc>
        <w:tc>
          <w:tcPr>
            <w:tcW w:type="dxa" w:w="4104"/>
            <w:vAlign w:val="center"/>
            <w:shd w:fill="193B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b/>
                <w:color w:val="FFFFFF"/>
                <w:sz w:val="19"/>
              </w:rPr>
              <w:t>Family access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0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color w:val="000000"/>
                <w:sz w:val="19"/>
              </w:rPr>
              <w:t>Neon · Pasadena</w:t>
            </w:r>
          </w:p>
        </w:tc>
        <w:tc>
          <w:tcPr>
            <w:tcW w:type="dxa" w:w="3600"/>
            <w:vAlign w:val="center"/>
            <w:shd w:fill="F0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color w:val="000000"/>
                <w:sz w:val="19"/>
              </w:rPr>
              <w:t>$15 / hour or $25 / day</w:t>
              <w:br/>
              <w:t>Games included</w:t>
            </w:r>
          </w:p>
        </w:tc>
        <w:tc>
          <w:tcPr>
            <w:tcW w:type="dxa" w:w="4104"/>
            <w:vAlign w:val="center"/>
            <w:shd w:fill="F0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color w:val="000000"/>
                <w:sz w:val="19"/>
              </w:rPr>
              <w:t>Welcomes parents and kids; confirm detailed age rules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color w:val="000000"/>
                <w:sz w:val="19"/>
              </w:rPr>
              <w:t>Retrovolt · Calimesa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color w:val="000000"/>
                <w:sz w:val="19"/>
              </w:rPr>
              <w:t>$10 / hour; under 10 $8</w:t>
              <w:br/>
              <w:t>Four people / hour $30</w:t>
            </w:r>
          </w:p>
        </w:tc>
        <w:tc>
          <w:tcPr>
            <w:tcW w:type="dxa" w:w="41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color w:val="000000"/>
                <w:sz w:val="19"/>
              </w:rPr>
              <w:t>Children admitted; confirm supervision rules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0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color w:val="000000"/>
                <w:sz w:val="19"/>
              </w:rPr>
              <w:t>Riverside Game Lab</w:t>
            </w:r>
          </w:p>
        </w:tc>
        <w:tc>
          <w:tcPr>
            <w:tcW w:type="dxa" w:w="3600"/>
            <w:vAlign w:val="center"/>
            <w:shd w:fill="F0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color w:val="000000"/>
                <w:sz w:val="19"/>
              </w:rPr>
              <w:t>No entry fee; pay per game</w:t>
              <w:br/>
              <w:t>Per-game cost unverified</w:t>
            </w:r>
          </w:p>
        </w:tc>
        <w:tc>
          <w:tcPr>
            <w:tcW w:type="dxa" w:w="4104"/>
            <w:vAlign w:val="center"/>
            <w:shd w:fill="F0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color w:val="000000"/>
                <w:sz w:val="19"/>
              </w:rPr>
              <w:t>All ages; Fri and Sat door becomes 21+ at 10pm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color w:val="000000"/>
                <w:sz w:val="19"/>
              </w:rPr>
              <w:t>Clairemont Pins &amp; Pixels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color w:val="000000"/>
                <w:sz w:val="19"/>
              </w:rPr>
              <w:t>Admission and game prices</w:t>
              <w:br/>
              <w:t>not verified</w:t>
            </w:r>
          </w:p>
        </w:tc>
        <w:tc>
          <w:tcPr>
            <w:tcW w:type="dxa" w:w="41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color w:val="000000"/>
                <w:sz w:val="19"/>
              </w:rPr>
              <w:t>Welcomes families; confirm detailed age rules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0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color w:val="000000"/>
                <w:sz w:val="19"/>
              </w:rPr>
              <w:t>Revenge Of · Glassell Park</w:t>
            </w:r>
          </w:p>
        </w:tc>
        <w:tc>
          <w:tcPr>
            <w:tcW w:type="dxa" w:w="3600"/>
            <w:vAlign w:val="center"/>
            <w:shd w:fill="F0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color w:val="000000"/>
                <w:sz w:val="19"/>
              </w:rPr>
              <w:t>Standard play prices</w:t>
              <w:br/>
              <w:t>not verified</w:t>
            </w:r>
          </w:p>
        </w:tc>
        <w:tc>
          <w:tcPr>
            <w:tcW w:type="dxa" w:w="4104"/>
            <w:vAlign w:val="center"/>
            <w:shd w:fill="F0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color w:val="000000"/>
                <w:sz w:val="19"/>
              </w:rPr>
              <w:t>Reported all ages; confirm event-specific rules</w:t>
            </w:r>
          </w:p>
        </w:tc>
      </w:tr>
    </w:tbl>
    <w:p>
      <w:pPr>
        <w:pStyle w:val="Heading1"/>
      </w:pPr>
      <w:r>
        <w:t>Neon Retro Arcade in Pasadena</w:t>
      </w:r>
    </w:p>
    <w:p>
      <w:r>
        <w:t>A straightforward starting point for parent–kid nostalgia: more than 40 games, with Pac-Man, Mario Kart Arcade and Street Fighter III in the posted lineup. Free-play admission lets everyone retry without feeding another coin into the machine.</w:t>
      </w:r>
    </w:p>
    <w:p>
      <w:pPr>
        <w:spacing w:after="80"/>
      </w:pPr>
      <w:r>
        <w:rPr>
          <w:sz w:val="20"/>
        </w:rPr>
        <w:t>28 S. Raymond Ave. • 11am–9pm; closed Tuesday</w:t>
      </w:r>
    </w:p>
    <w:p>
      <w:r>
        <w:t>Walk-ins accepted. Advance purchases are final, with no refund or credit. This is not a birthday-party venue; no food, cake or table seating.</w:t>
      </w:r>
    </w:p>
    <w:p>
      <w:pPr>
        <w:spacing w:after="100"/>
      </w:pPr>
      <w:r>
        <w:rPr>
          <w:sz w:val="18"/>
        </w:rPr>
        <w:t xml:space="preserve">Sources: </w:t>
      </w:r>
      <w:hyperlink r:id="rId9">
        <w:r>
          <w:rPr>
            <w:color w:val="175B72"/>
            <w:u w:val="single"/>
          </w:rPr>
          <w:t>Venue and admission</w:t>
        </w:r>
      </w:hyperlink>
      <w:r>
        <w:rPr>
          <w:sz w:val="18"/>
        </w:rPr>
        <w:t xml:space="preserve"> · </w:t>
      </w:r>
      <w:hyperlink r:id="rId10">
        <w:r>
          <w:rPr>
            <w:color w:val="175B72"/>
            <w:u w:val="single"/>
          </w:rPr>
          <w:t>Current hours</w:t>
        </w:r>
      </w:hyperlink>
      <w:r>
        <w:rPr>
          <w:sz w:val="18"/>
        </w:rPr>
        <w:t xml:space="preserve"> · </w:t>
      </w:r>
      <w:hyperlink r:id="rId11">
        <w:r>
          <w:rPr>
            <w:color w:val="175B72"/>
            <w:u w:val="single"/>
          </w:rPr>
          <w:t>Games</w:t>
        </w:r>
      </w:hyperlink>
    </w:p>
    <w:p>
      <w:pPr>
        <w:pStyle w:val="Heading1"/>
      </w:pPr>
      <w:r>
        <w:t>Retrovolt Arcade in Calimesa</w:t>
      </w:r>
    </w:p>
    <w:p>
      <w:r>
        <w:t>Classic cabinets, rotating pinball and a PS5 on a 90-inch screen give different generations something to choose. The $30 four-person hourly bundle is a useful starting point for a family budget; all games are included.</w:t>
      </w:r>
    </w:p>
    <w:p>
      <w:pPr>
        <w:spacing w:after="80"/>
      </w:pPr>
      <w:r>
        <w:rPr>
          <w:sz w:val="20"/>
        </w:rPr>
        <w:t>544 Myrtlewood Dr. • Wed–Fri 5–11pm; Sat–Sun 11am–11pm</w:t>
      </w:r>
    </w:p>
    <w:p>
      <w:r>
        <w:t>Longer-play options: $15 per person for a Wed–Fri all-night pass, or $25 for a Sat–Sun all-day pass. Monday and Tuesday are not listed as public opening days.</w:t>
      </w:r>
    </w:p>
    <w:p>
      <w:pPr>
        <w:spacing w:after="100"/>
      </w:pPr>
      <w:r>
        <w:rPr>
          <w:sz w:val="18"/>
        </w:rPr>
        <w:t xml:space="preserve">Sources: </w:t>
      </w:r>
      <w:hyperlink r:id="rId12">
        <w:r>
          <w:rPr>
            <w:color w:val="175B72"/>
            <w:u w:val="single"/>
          </w:rPr>
          <w:t>Hours and prices</w:t>
        </w:r>
      </w:hyperlink>
      <w:r>
        <w:rPr>
          <w:sz w:val="18"/>
        </w:rPr>
        <w:t xml:space="preserve"> · </w:t>
      </w:r>
      <w:hyperlink r:id="rId13">
        <w:r>
          <w:rPr>
            <w:color w:val="175B72"/>
            <w:u w:val="single"/>
          </w:rPr>
          <w:t>Games</w:t>
        </w:r>
      </w:hyperlink>
    </w:p>
    <w:p>
      <w:r>
        <w:br w:type="page"/>
      </w:r>
    </w:p>
    <w:p>
      <w:pPr>
        <w:pStyle w:val="Heading1"/>
      </w:pPr>
      <w:r>
        <w:t>Riverside Game Lab in Riverside</w:t>
      </w:r>
    </w:p>
    <w:p>
      <w:r>
        <w:t>The Simpsons and TMNT offer a shared-play route into the classics; Galaga, Pac-Man and 20 pinball machines widen the choice. This is a mixed arcade with newer and VR options plus a full bar. Free entry can suit a group whose enthusiasm for playing varies.</w:t>
      </w:r>
    </w:p>
    <w:p>
      <w:pPr>
        <w:spacing w:after="80"/>
      </w:pPr>
      <w:r>
        <w:rPr>
          <w:sz w:val="20"/>
        </w:rPr>
        <w:t>3633 Market St. • Tue–Thu 5pm–midnight; Fri 5pm–1am; Sat 3pm–1am; Sun 3pm–midnight; Monday closed</w:t>
      </w:r>
    </w:p>
    <w:p>
      <w:r>
        <w:t>Plan family visits before 10pm on Friday and Saturday, when the door becomes 21+. Credits cost $0.05 each, but individual game costs are not published in the inspected FAQ. VR headset fit may rule out very young children. No outside food or drink.</w:t>
      </w:r>
    </w:p>
    <w:p>
      <w:pPr>
        <w:spacing w:after="100"/>
      </w:pPr>
      <w:r>
        <w:rPr>
          <w:sz w:val="18"/>
        </w:rPr>
        <w:t xml:space="preserve">Sources: </w:t>
      </w:r>
      <w:hyperlink r:id="rId14">
        <w:r>
          <w:rPr>
            <w:color w:val="175B72"/>
            <w:u w:val="single"/>
          </w:rPr>
          <w:t>Venue and late-night rule</w:t>
        </w:r>
      </w:hyperlink>
      <w:r>
        <w:rPr>
          <w:sz w:val="18"/>
        </w:rPr>
        <w:t xml:space="preserve"> · </w:t>
      </w:r>
      <w:hyperlink r:id="rId15">
        <w:r>
          <w:rPr>
            <w:color w:val="175B72"/>
            <w:u w:val="single"/>
          </w:rPr>
          <w:t>FAQ</w:t>
        </w:r>
      </w:hyperlink>
    </w:p>
    <w:p>
      <w:pPr>
        <w:pStyle w:val="Heading1"/>
      </w:pPr>
      <w:r>
        <w:t>Clairemont Pins and Pixels in San Diego</w:t>
      </w:r>
    </w:p>
    <w:p>
      <w:r>
        <w:t>A mixed-format family stop with VS. Super Mario Bros., Dig Dug and Galaga alongside racing, air hockey, claw and redemption games. Spider-Man, Jurassic Park and Jaws pinball give fandom-loving families another way to choose their next game.</w:t>
      </w:r>
    </w:p>
    <w:p>
      <w:pPr>
        <w:spacing w:after="80"/>
      </w:pPr>
      <w:r>
        <w:rPr>
          <w:sz w:val="20"/>
        </w:rPr>
        <w:t>4688 Clairemont Mesa Blvd. • Mon–Thu 2–9pm; Fri 2–10pm; Sat 10am–10pm; Sun 10am–8pm</w:t>
      </w:r>
    </w:p>
    <w:p>
      <w:r>
        <w:t>Check admission and game prices before setting a budget. The venue welcomes children and parents, but detailed supervision and minimum-age rules remain unverified.</w:t>
      </w:r>
    </w:p>
    <w:p>
      <w:pPr>
        <w:spacing w:after="100"/>
      </w:pPr>
      <w:r>
        <w:rPr>
          <w:sz w:val="18"/>
        </w:rPr>
        <w:t xml:space="preserve">Sources: </w:t>
      </w:r>
      <w:hyperlink r:id="rId16">
        <w:r>
          <w:rPr>
            <w:color w:val="175B72"/>
            <w:u w:val="single"/>
          </w:rPr>
          <w:t>Venue and hours</w:t>
        </w:r>
      </w:hyperlink>
      <w:r>
        <w:rPr>
          <w:sz w:val="18"/>
        </w:rPr>
        <w:t xml:space="preserve"> · </w:t>
      </w:r>
      <w:hyperlink r:id="rId17">
        <w:r>
          <w:rPr>
            <w:color w:val="175B72"/>
            <w:u w:val="single"/>
          </w:rPr>
          <w:t>Game lineup</w:t>
        </w:r>
      </w:hyperlink>
    </w:p>
    <w:p>
      <w:pPr>
        <w:pStyle w:val="Heading1"/>
      </w:pPr>
      <w:r>
        <w:t>Revenge Of in Glassell Park</w:t>
      </w:r>
    </w:p>
    <w:p>
      <w:r>
        <w:t>For a family whose fandom runs through comics and pinball, this shop offers a particularly direct connection. Its posted 26-title lineup includes Pokémon, Godzilla, Scooby-Doo and The Mandalorian. Kineticist’s 2026 owner interview describes an all-ages venue where parents bring their children.</w:t>
      </w:r>
    </w:p>
    <w:p>
      <w:pPr>
        <w:spacing w:after="80"/>
      </w:pPr>
      <w:r>
        <w:rPr>
          <w:sz w:val="20"/>
        </w:rPr>
        <w:t>3420 N. Eagle Rock Blvd., Suite A, Los Angeles • Mon noon–8pm; Tue 11am–7pm; Wed–Thu 11am–9pm; Fri–Sat 11am–10pm; Sun noon–8pm</w:t>
      </w:r>
    </w:p>
    <w:p>
      <w:r>
        <w:t>These are store hours; separate pinball-room hours are unverified. The October calendar lists two-token pinball Mondays 4–8pm and just two games on free play Wednesdays 6–9pm. Confirm token prices and tournament access before going.</w:t>
      </w:r>
    </w:p>
    <w:p>
      <w:pPr>
        <w:spacing w:after="100"/>
      </w:pPr>
      <w:r>
        <w:rPr>
          <w:sz w:val="18"/>
        </w:rPr>
        <w:t xml:space="preserve">Sources: </w:t>
      </w:r>
      <w:hyperlink r:id="rId18">
        <w:r>
          <w:rPr>
            <w:color w:val="175B72"/>
            <w:u w:val="single"/>
          </w:rPr>
          <w:t>Owner interview</w:t>
        </w:r>
      </w:hyperlink>
      <w:r>
        <w:rPr>
          <w:sz w:val="18"/>
        </w:rPr>
        <w:t xml:space="preserve"> · </w:t>
      </w:r>
      <w:hyperlink r:id="rId19">
        <w:r>
          <w:rPr>
            <w:color w:val="175B72"/>
            <w:u w:val="single"/>
          </w:rPr>
          <w:t>Official hours</w:t>
        </w:r>
      </w:hyperlink>
      <w:r>
        <w:rPr>
          <w:sz w:val="18"/>
        </w:rPr>
        <w:t xml:space="preserve"> · </w:t>
      </w:r>
      <w:hyperlink r:id="rId20">
        <w:r>
          <w:rPr>
            <w:color w:val="175B72"/>
            <w:u w:val="single"/>
          </w:rPr>
          <w:t>Lineup</w:t>
        </w:r>
      </w:hyperlink>
      <w:r>
        <w:rPr>
          <w:sz w:val="18"/>
        </w:rPr>
        <w:t xml:space="preserve"> · </w:t>
      </w:r>
      <w:hyperlink r:id="rId21">
        <w:r>
          <w:rPr>
            <w:color w:val="175B72"/>
            <w:u w:val="single"/>
          </w:rPr>
          <w:t>October calendar</w:t>
        </w:r>
      </w:hyperlink>
    </w:p>
    <w:p>
      <w:pPr>
        <w:pStyle w:val="Heading1"/>
      </w:pPr>
      <w:r>
        <w:t>Adults only at EightyTwo</w:t>
      </w:r>
    </w:p>
    <w:p>
      <w:r>
        <w:t>Save this Arts District option for an adults’ night out. EightyTwo is strictly 21+ at all times, with more than 55 vintage arcade and pinball machines, a full bar, patio and DJs. Entry is free; game-play prices are unverified. First come, first served.</w:t>
      </w:r>
    </w:p>
    <w:p>
      <w:pPr>
        <w:spacing w:after="80"/>
      </w:pPr>
      <w:r>
        <w:rPr>
          <w:sz w:val="20"/>
        </w:rPr>
        <w:t>707 East 4th Place, Los Angeles • Tue–Fri 5pm–2am; Sat–Sun 2pm–2am; Monday closed</w:t>
      </w:r>
    </w:p>
    <w:p>
      <w:pPr>
        <w:spacing w:after="100"/>
      </w:pPr>
      <w:r>
        <w:rPr>
          <w:sz w:val="18"/>
        </w:rPr>
        <w:t xml:space="preserve">Sources: </w:t>
      </w:r>
      <w:hyperlink r:id="rId22">
        <w:r>
          <w:rPr>
            <w:color w:val="175B72"/>
            <w:u w:val="single"/>
          </w:rPr>
          <w:t>Official venue and admission rules</w:t>
        </w:r>
      </w:hyperlink>
    </w:p>
    <w:p>
      <w:pPr>
        <w:pStyle w:val="Heading1"/>
      </w:pPr>
      <w:r>
        <w:t>Before you go</w:t>
      </w:r>
    </w:p>
    <w:p>
      <w:r>
        <w:t>Recheck hours, closures, machine availability and child or spectator charges. Ask about supervision, accessibility and sensory accommodations if relevant. Some games feature fighting or horror; let your family’s interests guide the choices. A simple outing plan: one parent pick, one kid pick, then a game everyone is learning together.</w:t>
      </w:r>
    </w:p>
    <w:p>
      <w:pPr>
        <w:spacing w:after="80"/>
      </w:pPr>
      <w:r>
        <w:rPr>
          <w:sz w:val="20"/>
        </w:rPr>
        <w:t>Researched shortlist, not firsthand reviews or rankings. Prices and policies can change. All times are local Pacific time. Coverage is selective, not a complete Southern California directory.</w:t>
      </w:r>
    </w:p>
    <w:sectPr w:rsidR="00FC693F" w:rsidRPr="0006063C" w:rsidSect="00034616">
      <w:pgSz w:w="12240" w:h="15840"/>
      <w:pgMar w:top="893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neonretroarcade.com/" TargetMode="External"/><Relationship Id="rId10" Type="http://schemas.openxmlformats.org/officeDocument/2006/relationships/hyperlink" Target="https://neonretroarcade.com/images/nav/2026-newhours.jpg" TargetMode="External"/><Relationship Id="rId11" Type="http://schemas.openxmlformats.org/officeDocument/2006/relationships/hyperlink" Target="https://neonretroarcade.com/games-pasadena.html" TargetMode="External"/><Relationship Id="rId12" Type="http://schemas.openxmlformats.org/officeDocument/2006/relationships/hyperlink" Target="https://retrovoltarcade.com/" TargetMode="External"/><Relationship Id="rId13" Type="http://schemas.openxmlformats.org/officeDocument/2006/relationships/hyperlink" Target="https://retrovoltarcade.com/games/" TargetMode="External"/><Relationship Id="rId14" Type="http://schemas.openxmlformats.org/officeDocument/2006/relationships/hyperlink" Target="https://www.riversidegamelab.com/" TargetMode="External"/><Relationship Id="rId15" Type="http://schemas.openxmlformats.org/officeDocument/2006/relationships/hyperlink" Target="https://www.riversidegamelab.com/faqs" TargetMode="External"/><Relationship Id="rId16" Type="http://schemas.openxmlformats.org/officeDocument/2006/relationships/hyperlink" Target="https://www.clairemontpinsandpixels.com/" TargetMode="External"/><Relationship Id="rId17" Type="http://schemas.openxmlformats.org/officeDocument/2006/relationships/hyperlink" Target="https://www.clairemontpinsandpixels.com/games" TargetMode="External"/><Relationship Id="rId18" Type="http://schemas.openxmlformats.org/officeDocument/2006/relationships/hyperlink" Target="https://www.kineticist.com/news/la-pinball-guide" TargetMode="External"/><Relationship Id="rId19" Type="http://schemas.openxmlformats.org/officeDocument/2006/relationships/hyperlink" Target="https://revengeof.com/pages/about" TargetMode="External"/><Relationship Id="rId20" Type="http://schemas.openxmlformats.org/officeDocument/2006/relationships/hyperlink" Target="https://revengeof.com/" TargetMode="External"/><Relationship Id="rId21" Type="http://schemas.openxmlformats.org/officeDocument/2006/relationships/hyperlink" Target="https://revengeof.com/cdn/shop/files/1790809971_0_1200x.jpg?v=3807050796582607608" TargetMode="External"/><Relationship Id="rId22" Type="http://schemas.openxmlformats.org/officeDocument/2006/relationships/hyperlink" Target="https://www.eightytwo.l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Geekthentic Southern California Retro Arcade Guide</dc:title>
  <dc:subject>A researched shortlist for parents and children</dc:subject>
  <dc:creator>Geekthentic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