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Geekthentic Halloween 2026 Regional Guide</w:t>
      </w:r>
    </w:p>
    <w:p>
      <w:r>
        <w:t>Offscreen outings for curious kids, creative parents and thrill seeking teens across greater Los Angeles, Orange County and the Inland Empire.</w:t>
      </w:r>
    </w:p>
    <w:p>
      <w:r>
        <w:t>Start with the family or mild options for mixed scare tolerance. Save actor driven mazes for visitors who actively want scares. These are researched selections, not firsthand ratings; dates and prices were checked October 10, 2026 Pacific time.</w:t>
      </w:r>
    </w:p>
    <w:p>
      <w:r>
        <w:t>Legend: FAMILY = seasonal outing without a conventional scare maze. MILD = spooky imagery or a reduced scare session. SCARE = actors, jump scares or intense themes. MIXED = family activities with an optional haunt. EXTREME = direct physical contact and stronger effects. These editorial labels are not age ratings; organizer guidance appears in each entry.</w:t>
      </w:r>
    </w:p>
    <w:p>
      <w:pPr>
        <w:pStyle w:val="Heading1"/>
      </w:pPr>
      <w:r>
        <w:t>San Gabriel Valley and nearby</w:t>
      </w:r>
    </w:p>
    <w:p>
      <w:pPr>
        <w:pStyle w:val="Heading2"/>
      </w:pPr>
      <w:r>
        <w:t>Museum of Mayhem</w:t>
      </w:r>
    </w:p>
    <w:p>
      <w:pPr>
        <w:keepNext/>
        <w:spacing w:after="60"/>
      </w:pPr>
      <w:r>
        <w:rPr>
          <w:b/>
        </w:rPr>
        <w:t>Whittier • southern SGV and Gateway Cities edge  •  MILD or SCARE</w:t>
      </w:r>
    </w:p>
    <w:p>
      <w:pPr>
        <w:keepNext/>
      </w:pPr>
      <w:r>
        <w:t>A museum walk through and outdoor maze with a useful daytime alternative: Chicken Night removes actors and jump scares, while keeping the decorations.</w:t>
      </w:r>
    </w:p>
    <w:p>
      <w:pPr>
        <w:keepNext/>
      </w:pPr>
      <w:r>
        <w:t>When: Chicken Night Oct 11, noon–5 pm; full scares Oct 16, 6–9 pm, and Oct 24–25, 5–9 pm.  Cost: $5 Chicken Night; $10 regular, adult or child. No refunds.</w:t>
      </w:r>
    </w:p>
    <w:p>
      <w:pPr>
        <w:keepNext/>
        <w:spacing w:after="60"/>
      </w:pPr>
      <w:r>
        <w:t>Family fit: Regular nights include flashes, fog and loud sound. No numeric minimum verified. Chicken Night is October 11.</w:t>
      </w:r>
    </w:p>
    <w:p>
      <w:pPr>
        <w:spacing w:after="80"/>
      </w:pPr>
      <w:hyperlink r:id="rId10">
        <w:r>
          <w:rPr>
            <w:color w:val="18546A"/>
            <w:u w:val="single"/>
          </w:rPr>
          <w:t>Official details</w:t>
        </w:r>
      </w:hyperlink>
    </w:p>
    <w:p>
      <w:pPr>
        <w:pStyle w:val="Heading2"/>
      </w:pPr>
      <w:r>
        <w:t>Fall Fun Festival Haunted Zone</w:t>
      </w:r>
    </w:p>
    <w:p>
      <w:pPr>
        <w:keepNext/>
        <w:spacing w:after="60"/>
      </w:pPr>
      <w:r>
        <w:rPr>
          <w:b/>
        </w:rPr>
        <w:t>San Gabriel  •  MIXED</w:t>
      </w:r>
    </w:p>
    <w:p>
      <w:pPr>
        <w:keepNext/>
      </w:pPr>
      <w:r>
        <w:t>Costumes, games and trunk or treating give mixed age groups something to do while older visitors choose the separate Grapevine Arbor Haunted Zone.</w:t>
      </w:r>
    </w:p>
    <w:p>
      <w:pPr>
        <w:keepNext/>
      </w:pPr>
      <w:r>
        <w:t>When: Oct 30; festival 5–9 pm. Check the haunted section’s reservation slot.  Cost: Haunted Zone price unverified; check registration.</w:t>
      </w:r>
    </w:p>
    <w:p>
      <w:pPr>
        <w:keepNext/>
        <w:spacing w:after="60"/>
      </w:pPr>
      <w:r>
        <w:t>Family fit: Haunted Zone recommended 12+. The wider festival is family oriented. Mission Playhouse Plaza, 320 S Mission Drive.</w:t>
      </w:r>
    </w:p>
    <w:p>
      <w:pPr>
        <w:spacing w:after="80"/>
      </w:pPr>
      <w:hyperlink r:id="rId11">
        <w:r>
          <w:rPr>
            <w:color w:val="18546A"/>
            <w:u w:val="single"/>
          </w:rPr>
          <w:t>Official details</w:t>
        </w:r>
      </w:hyperlink>
    </w:p>
    <w:p>
      <w:pPr>
        <w:pStyle w:val="Heading2"/>
      </w:pPr>
      <w:r>
        <w:t>Ghost Light</w:t>
      </w:r>
    </w:p>
    <w:p>
      <w:pPr>
        <w:keepNext/>
        <w:spacing w:after="60"/>
      </w:pPr>
      <w:r>
        <w:rPr>
          <w:b/>
        </w:rPr>
        <w:t>Pasadena  •  MILD • theater</w:t>
      </w:r>
    </w:p>
    <w:p>
      <w:pPr>
        <w:keepNext/>
      </w:pPr>
      <w:r>
        <w:t>Dance, live music and ghost stories offer a seated alternative to a maze at Lineage Performing Arts Center.</w:t>
      </w:r>
    </w:p>
    <w:p>
      <w:pPr>
        <w:keepNext/>
      </w:pPr>
      <w:r>
        <w:t>When: Oct 23–24; 75 minutes. Check showtimes.  Cost: Check ticketing; general price unverified.</w:t>
      </w:r>
    </w:p>
    <w:p>
      <w:pPr>
        <w:keepNext/>
        <w:spacing w:after="60"/>
      </w:pPr>
      <w:r>
        <w:t>Family fit: Recommended 7+. Organizer compares the scares to Disneyland’s Haunted Mansion. Haze may be used.</w:t>
      </w:r>
    </w:p>
    <w:p>
      <w:pPr>
        <w:spacing w:after="80"/>
      </w:pPr>
      <w:hyperlink r:id="rId12">
        <w:r>
          <w:rPr>
            <w:color w:val="18546A"/>
            <w:u w:val="single"/>
          </w:rPr>
          <w:t>Official details</w:t>
        </w:r>
      </w:hyperlink>
    </w:p>
    <w:p>
      <w:pPr>
        <w:pStyle w:val="Heading2"/>
      </w:pPr>
      <w:r>
        <w:t>Carved at Descanso Gardens</w:t>
      </w:r>
    </w:p>
    <w:p>
      <w:pPr>
        <w:keepNext/>
        <w:spacing w:after="60"/>
      </w:pPr>
      <w:r>
        <w:rPr>
          <w:b/>
        </w:rPr>
        <w:t>La Cañada Flintridge • nearby foothills alternative  •  FAMILY</w:t>
      </w:r>
    </w:p>
    <w:p>
      <w:pPr>
        <w:keepNext/>
      </w:pPr>
      <w:r>
        <w:t>Glowing pumpkins, light installations and whimsical wood spirits make an outdoor garden outing.</w:t>
      </w:r>
    </w:p>
    <w:p>
      <w:pPr>
        <w:keepNext/>
      </w:pPr>
      <w:r>
        <w:t>When: Oct 2–Nov 1, 6–10 pm; timed entry.  Cost: Nonmembers: adults $29–52; ages 2–12 $19–37. Member discounts.</w:t>
      </w:r>
    </w:p>
    <w:p>
      <w:pPr>
        <w:keepNext/>
        <w:spacing w:after="60"/>
      </w:pPr>
      <w:r>
        <w:t>Family fit: Confirm the free child cutoff: official pages differ on under 2 versus 2 and under. Tickets nonrefundable, cannot reschedule, rain or shine.</w:t>
      </w:r>
    </w:p>
    <w:p>
      <w:pPr>
        <w:spacing w:after="80"/>
      </w:pPr>
      <w:hyperlink r:id="rId13">
        <w:r>
          <w:rPr>
            <w:color w:val="18546A"/>
            <w:u w:val="single"/>
          </w:rPr>
          <w:t>Official details</w:t>
        </w:r>
      </w:hyperlink>
      <w:r>
        <w:t xml:space="preserve">  |  </w:t>
      </w:r>
      <w:hyperlink r:id="rId14">
        <w:r>
          <w:rPr>
            <w:color w:val="18546A"/>
            <w:u w:val="single"/>
          </w:rPr>
          <w:t>Practical details</w:t>
        </w:r>
      </w:hyperlink>
    </w:p>
    <w:p>
      <w:pPr>
        <w:pStyle w:val="Heading1"/>
      </w:pPr>
      <w:r>
        <w:t>San Fernando Valley</w:t>
      </w:r>
    </w:p>
    <w:p>
      <w:pPr>
        <w:pStyle w:val="Heading2"/>
      </w:pPr>
      <w:r>
        <w:t>Hellizondo Haunt The Rift 1906</w:t>
      </w:r>
    </w:p>
    <w:p>
      <w:pPr>
        <w:keepNext/>
        <w:spacing w:after="60"/>
      </w:pPr>
      <w:r>
        <w:rPr>
          <w:b/>
        </w:rPr>
        <w:t>Canoga Park  •  SCARE</w:t>
      </w:r>
    </w:p>
    <w:p>
      <w:pPr>
        <w:keepNext/>
      </w:pPr>
      <w:r>
        <w:t>A ruined San Francisco wharf, sea creatures and desperate survivors give this free home haunt a story driven hook.</w:t>
      </w:r>
    </w:p>
    <w:p>
      <w:pPr>
        <w:keepNext/>
      </w:pPr>
      <w:r>
        <w:t>When: Oct 24–25 and 30–31, 7–10 pm.  Cost: Free.</w:t>
      </w:r>
    </w:p>
    <w:p>
      <w:pPr>
        <w:keepNext/>
        <w:spacing w:after="60"/>
      </w:pPr>
      <w:r>
        <w:t>Family fit: Live scare actors, strobes, fog and music. No numeric age minimum verified. 21024 Arminta Street.</w:t>
      </w:r>
    </w:p>
    <w:p>
      <w:pPr>
        <w:spacing w:after="80"/>
      </w:pPr>
      <w:hyperlink r:id="rId15">
        <w:r>
          <w:rPr>
            <w:color w:val="18546A"/>
            <w:u w:val="single"/>
          </w:rPr>
          <w:t>Official details</w:t>
        </w:r>
      </w:hyperlink>
    </w:p>
    <w:p>
      <w:pPr>
        <w:pStyle w:val="Heading2"/>
      </w:pPr>
      <w:r>
        <w:t>Rotten Apple 907 Twisted Yuletide</w:t>
      </w:r>
    </w:p>
    <w:p>
      <w:pPr>
        <w:keepNext/>
        <w:spacing w:after="60"/>
      </w:pPr>
      <w:r>
        <w:rPr>
          <w:b/>
        </w:rPr>
        <w:t>Burbank  •  SCARE</w:t>
      </w:r>
    </w:p>
    <w:p>
      <w:pPr>
        <w:keepNext/>
      </w:pPr>
      <w:r>
        <w:t>A volunteer built home haunt turns Christmas creepy; donations benefit Volunteers of Burbank Animal Shelter.</w:t>
      </w:r>
    </w:p>
    <w:p>
      <w:pPr>
        <w:keepNext/>
      </w:pPr>
      <w:r>
        <w:t>When: Oct 24–25 and 30–31. Confirm hours directly.  Cost: Free; charitable donations welcome.</w:t>
      </w:r>
    </w:p>
    <w:p>
      <w:pPr>
        <w:keepNext/>
        <w:spacing w:after="60"/>
      </w:pPr>
      <w:r>
        <w:t>Family fit: No official numeric minimum verified; do not assume young child suitability. 907 N California Street.</w:t>
      </w:r>
    </w:p>
    <w:p>
      <w:pPr>
        <w:spacing w:after="80"/>
      </w:pPr>
      <w:hyperlink r:id="rId16">
        <w:r>
          <w:rPr>
            <w:color w:val="18546A"/>
            <w:u w:val="single"/>
          </w:rPr>
          <w:t>Official details</w:t>
        </w:r>
      </w:hyperlink>
      <w:r>
        <w:t xml:space="preserve">  |  </w:t>
      </w:r>
      <w:hyperlink r:id="rId17">
        <w:r>
          <w:rPr>
            <w:color w:val="18546A"/>
            <w:u w:val="single"/>
          </w:rPr>
          <w:t>Practical details</w:t>
        </w:r>
      </w:hyperlink>
    </w:p>
    <w:p>
      <w:pPr>
        <w:pStyle w:val="Heading2"/>
      </w:pPr>
      <w:r>
        <w:t>Spooky Hollows The Cult of Mr Sticky</w:t>
      </w:r>
    </w:p>
    <w:p>
      <w:pPr>
        <w:keepNext/>
        <w:spacing w:after="60"/>
      </w:pPr>
      <w:r>
        <w:rPr>
          <w:b/>
        </w:rPr>
        <w:t>Van Nuys  •  MILD</w:t>
      </w:r>
    </w:p>
    <w:p>
      <w:pPr>
        <w:keepNext/>
      </w:pPr>
      <w:r>
        <w:t>Watch an effects driven show from the sidewalk instead of entering a maze. Its short loop makes it useful for groups with different scare tolerances.</w:t>
      </w:r>
    </w:p>
    <w:p>
      <w:pPr>
        <w:keepNext/>
      </w:pPr>
      <w:r>
        <w:t>When: Oct 23–25, 30–31 and Nov 1, 7–10 pm; 15 minute show, five minute breaks.  Cost: Free.</w:t>
      </w:r>
    </w:p>
    <w:p>
      <w:pPr>
        <w:keepNext/>
        <w:spacing w:after="60"/>
      </w:pPr>
      <w:r>
        <w:t>Family fit: Organizer submitted listing says all ages, mild horror and some scares. 16418 Gilmore Street. Sidewalk viewing does not establish an accessible route.</w:t>
      </w:r>
    </w:p>
    <w:p>
      <w:pPr>
        <w:spacing w:after="80"/>
      </w:pPr>
      <w:hyperlink r:id="rId18">
        <w:r>
          <w:rPr>
            <w:color w:val="18546A"/>
            <w:u w:val="single"/>
          </w:rPr>
          <w:t>Official details</w:t>
        </w:r>
      </w:hyperlink>
      <w:r>
        <w:t xml:space="preserve">  |  </w:t>
      </w:r>
      <w:hyperlink r:id="rId19">
        <w:r>
          <w:rPr>
            <w:color w:val="18546A"/>
            <w:u w:val="single"/>
          </w:rPr>
          <w:t>Practical details</w:t>
        </w:r>
      </w:hyperlink>
    </w:p>
    <w:p>
      <w:pPr>
        <w:pStyle w:val="Heading2"/>
      </w:pPr>
      <w:r>
        <w:t>Skullcraft Street Harvest of the Damned</w:t>
      </w:r>
    </w:p>
    <w:p>
      <w:pPr>
        <w:keepNext/>
        <w:spacing w:after="60"/>
      </w:pPr>
      <w:r>
        <w:rPr>
          <w:b/>
        </w:rPr>
        <w:t>West Hills  •  MILD with intense imagery</w:t>
      </w:r>
    </w:p>
    <w:p>
      <w:pPr>
        <w:keepNext/>
      </w:pPr>
      <w:r>
        <w:t>Six atmospheric yard scenes use fog and animated props without a traditional scare actor cast.</w:t>
      </w:r>
    </w:p>
    <w:p>
      <w:pPr>
        <w:keepNext/>
      </w:pPr>
      <w:r>
        <w:t>When: Oct 16–Nov 1. Site conflicts on nights and hours; confirm before traveling.  Cost: Free; donations welcome.</w:t>
      </w:r>
    </w:p>
    <w:p>
      <w:pPr>
        <w:keepNext/>
        <w:spacing w:after="60"/>
      </w:pPr>
      <w:r>
        <w:t>Family fit: Organizer says somewhat kid friendly, but some spider props leap and dark imagery may upset younger children. 22537 Schoolcraft Street.</w:t>
      </w:r>
    </w:p>
    <w:p>
      <w:pPr>
        <w:spacing w:after="80"/>
      </w:pPr>
      <w:hyperlink r:id="rId20">
        <w:r>
          <w:rPr>
            <w:color w:val="18546A"/>
            <w:u w:val="single"/>
          </w:rPr>
          <w:t>Official details</w:t>
        </w:r>
      </w:hyperlink>
      <w:r>
        <w:t xml:space="preserve">  |  </w:t>
      </w:r>
      <w:hyperlink r:id="rId21">
        <w:r>
          <w:rPr>
            <w:color w:val="18546A"/>
            <w:u w:val="single"/>
          </w:rPr>
          <w:t>Practical details</w:t>
        </w:r>
      </w:hyperlink>
    </w:p>
    <w:p>
      <w:r>
        <w:t>Free home haunt tip: dates are limited, queues can build and neighborhood parking is finite. Check the organizer on the day, keep driveways clear and have an easy exit plan for anyone who changes their mind.</w:t>
      </w:r>
    </w:p>
    <w:p>
      <w:pPr>
        <w:pStyle w:val="Heading1"/>
      </w:pPr>
      <w:r>
        <w:t>West LA and the Westside</w:t>
      </w:r>
    </w:p>
    <w:p>
      <w:r>
        <w:t>These verified picks are in Santa Monica and Culver City, rather than the City of Los Angeles neighborhood of West Los Angeles.</w:t>
      </w:r>
    </w:p>
    <w:p>
      <w:pPr>
        <w:pStyle w:val="Heading2"/>
      </w:pPr>
      <w:r>
        <w:t>Ghosts of the Miles Historical Haunt</w:t>
      </w:r>
    </w:p>
    <w:p>
      <w:pPr>
        <w:keepNext/>
        <w:spacing w:after="60"/>
      </w:pPr>
      <w:r>
        <w:rPr>
          <w:b/>
        </w:rPr>
        <w:t>Santa Monica  •  SCARE • immersive theater</w:t>
      </w:r>
    </w:p>
    <w:p>
      <w:pPr>
        <w:keepNext/>
      </w:pPr>
      <w:r>
        <w:t>Actors lead small groups through backstage rooms and corridors as a historical tour becomes unsettling.</w:t>
      </w:r>
    </w:p>
    <w:p>
      <w:pPr>
        <w:keepNext/>
      </w:pPr>
      <w:r>
        <w:t>When: Oct 23–24: 6, 6:45, 7:30, 8:15, 9 and 9:45 pm. Doors open 30 minutes before.  Cost: $15 per person; check checkout fees.</w:t>
      </w:r>
    </w:p>
    <w:p>
      <w:pPr>
        <w:keepNext/>
        <w:spacing w:after="60"/>
      </w:pPr>
      <w:r>
        <w:t>Family fit: Recommended 16+ for haunting themes and dark spaces. Organizer confirms wheelchair accessible, ADA compliant routes. Miles Memorial Playhouse, 1130 Lincoln Boulevard.</w:t>
      </w:r>
    </w:p>
    <w:p>
      <w:pPr>
        <w:spacing w:after="80"/>
      </w:pPr>
      <w:hyperlink r:id="rId22">
        <w:r>
          <w:rPr>
            <w:color w:val="18546A"/>
            <w:u w:val="single"/>
          </w:rPr>
          <w:t>Official details</w:t>
        </w:r>
      </w:hyperlink>
    </w:p>
    <w:p>
      <w:pPr>
        <w:pStyle w:val="Heading2"/>
      </w:pPr>
      <w:r>
        <w:t>Spooky Splash Sharks Haunted House</w:t>
      </w:r>
    </w:p>
    <w:p>
      <w:pPr>
        <w:keepNext/>
        <w:spacing w:after="60"/>
      </w:pPr>
      <w:r>
        <w:rPr>
          <w:b/>
        </w:rPr>
        <w:t>Santa Monica  •  MIXED</w:t>
      </w:r>
    </w:p>
    <w:p>
      <w:pPr>
        <w:keepNext/>
      </w:pPr>
      <w:r>
        <w:t>Recreational swimming and a floating pumpkin patch sit alongside the Sharks Haunted House, giving families several ways to enjoy the evening.</w:t>
      </w:r>
    </w:p>
    <w:p>
      <w:pPr>
        <w:keepNext/>
      </w:pPr>
      <w:r>
        <w:t>When: Oct 23, 5–8 pm.  Cost: Single: resident $10, nonresident $15. Family of 2 adults and 2 youth: $32 or $48.</w:t>
      </w:r>
    </w:p>
    <w:p>
      <w:pPr>
        <w:keepNext/>
        <w:spacing w:after="60"/>
      </w:pPr>
      <w:r>
        <w:t>Family fit: Haunted house age minimum and intensity are unspecified; check before entering. Santa Monica Swim Center, 2225 16th Street.</w:t>
      </w:r>
    </w:p>
    <w:p>
      <w:pPr>
        <w:spacing w:after="80"/>
      </w:pPr>
      <w:hyperlink r:id="rId23">
        <w:r>
          <w:rPr>
            <w:color w:val="18546A"/>
            <w:u w:val="single"/>
          </w:rPr>
          <w:t>Official details</w:t>
        </w:r>
      </w:hyperlink>
    </w:p>
    <w:p>
      <w:pPr>
        <w:pStyle w:val="Heading2"/>
      </w:pPr>
      <w:r>
        <w:t>Mr Bones Pumpkin Patch</w:t>
      </w:r>
    </w:p>
    <w:p>
      <w:pPr>
        <w:keepNext/>
        <w:spacing w:after="60"/>
      </w:pPr>
      <w:r>
        <w:rPr>
          <w:b/>
        </w:rPr>
        <w:t>Culver City  •  FAMILY</w:t>
      </w:r>
    </w:p>
    <w:p>
      <w:pPr>
        <w:keepNext/>
      </w:pPr>
      <w:r>
        <w:t>A small kid alternative with pumpkin patch play and seasonal scenery. Budget separately for activities.</w:t>
      </w:r>
    </w:p>
    <w:p>
      <w:pPr>
        <w:keepNext/>
      </w:pPr>
      <w:r>
        <w:t>When: Open Oct 7–31 during the remaining season; check date specific hours. Halloween 9 am–5 pm.  Cost: Remaining dates roughly $12–25 admission; required age 3+. Activities extra. Halloween $15.</w:t>
      </w:r>
    </w:p>
    <w:p>
      <w:pPr>
        <w:keepNext/>
        <w:spacing w:after="60"/>
      </w:pPr>
      <w:r>
        <w:t>Family fit: Organizer says most activities suit ages 2–8. Wood chips can hinder strollers; stroller parking available at own risk. 10100 Jefferson Boulevard.</w:t>
      </w:r>
    </w:p>
    <w:p>
      <w:pPr>
        <w:spacing w:after="80"/>
      </w:pPr>
      <w:hyperlink r:id="rId24">
        <w:r>
          <w:rPr>
            <w:color w:val="18546A"/>
            <w:u w:val="single"/>
          </w:rPr>
          <w:t>Official details</w:t>
        </w:r>
      </w:hyperlink>
      <w:r>
        <w:t xml:space="preserve">  |  </w:t>
      </w:r>
      <w:hyperlink r:id="rId25">
        <w:r>
          <w:rPr>
            <w:color w:val="18546A"/>
            <w:u w:val="single"/>
          </w:rPr>
          <w:t>Practical details</w:t>
        </w:r>
      </w:hyperlink>
    </w:p>
    <w:p>
      <w:r>
        <w:t>Make it an offscreen mission: ask each person to notice one clever practical effect, costume detail or piece of set design. Afterward, compare what made a scene mysterious, funny or frightening. Photos and videos should follow each venue’s rules.</w:t>
      </w:r>
    </w:p>
    <w:p>
      <w:pPr>
        <w:pStyle w:val="Heading1"/>
      </w:pPr>
      <w:r>
        <w:t>Orange County</w:t>
      </w:r>
    </w:p>
    <w:p>
      <w:pPr>
        <w:pStyle w:val="Heading2"/>
      </w:pPr>
      <w:r>
        <w:t>Knotts Spooky Farm</w:t>
      </w:r>
    </w:p>
    <w:p>
      <w:pPr>
        <w:keepNext/>
        <w:spacing w:after="60"/>
      </w:pPr>
      <w:r>
        <w:rPr>
          <w:b/>
        </w:rPr>
        <w:t>Buena Park  •  FAMILY • daytime</w:t>
      </w:r>
    </w:p>
    <w:p>
      <w:pPr>
        <w:keepNext/>
      </w:pPr>
      <w:r>
        <w:t>Ghost Town trick or treating, Peanuts activities, costumes and marionettes make this the daytime family choice.</w:t>
      </w:r>
    </w:p>
    <w:p>
      <w:pPr>
        <w:keepNext/>
      </w:pPr>
      <w:r>
        <w:t>When: Thu–Sun through Oct 31, plus Oct 12; check park hours.  Cost: Dated daytime admission; current total unverified. Decorating activities cost extra.</w:t>
      </w:r>
    </w:p>
    <w:p>
      <w:pPr>
        <w:keepNext/>
        <w:spacing w:after="60"/>
      </w:pPr>
      <w:r>
        <w:t>Family fit: Family focused; individual ride restrictions apply. This is separate from nighttime Scary Farm.</w:t>
      </w:r>
    </w:p>
    <w:p>
      <w:pPr>
        <w:spacing w:after="80"/>
      </w:pPr>
      <w:hyperlink r:id="rId26">
        <w:r>
          <w:rPr>
            <w:color w:val="18546A"/>
            <w:u w:val="single"/>
          </w:rPr>
          <w:t>Official details</w:t>
        </w:r>
      </w:hyperlink>
    </w:p>
    <w:p>
      <w:pPr>
        <w:pStyle w:val="Heading2"/>
      </w:pPr>
      <w:r>
        <w:t>Haunted Mansion Haunt</w:t>
      </w:r>
    </w:p>
    <w:p>
      <w:pPr>
        <w:keepNext/>
        <w:spacing w:after="60"/>
      </w:pPr>
      <w:r>
        <w:rPr>
          <w:b/>
        </w:rPr>
        <w:t>Trabuco Canyon  •  MILD or SCARE</w:t>
      </w:r>
    </w:p>
    <w:p>
      <w:pPr>
        <w:keepNext/>
      </w:pPr>
      <w:r>
        <w:t>A fan built Haunted Mansion tribute with ghostly characters and jumping animatronics; choose the session carefully.</w:t>
      </w:r>
    </w:p>
    <w:p>
      <w:pPr>
        <w:keepNext/>
      </w:pPr>
      <w:r>
        <w:t>When: Oct 10–11 and 16–31, plus Nov 1, 7–9 pm.  Cost: Free reserved standby or $10/person priority; check fees. Reservations mandatory.</w:t>
      </w:r>
    </w:p>
    <w:p>
      <w:pPr>
        <w:keepNext/>
        <w:spacing w:after="60"/>
      </w:pPr>
      <w:r>
        <w:t>Family fit: Oct 19–22 and 26–29 have no actors, though darkness, sound and animatronics remain. Fri/Sat/Halloween recommended teens/adults; Sundays balanced. 28322 Millwood Road.</w:t>
      </w:r>
    </w:p>
    <w:p>
      <w:pPr>
        <w:spacing w:after="80"/>
      </w:pPr>
      <w:hyperlink r:id="rId27">
        <w:r>
          <w:rPr>
            <w:color w:val="18546A"/>
            <w:u w:val="single"/>
          </w:rPr>
          <w:t>Official details</w:t>
        </w:r>
      </w:hyperlink>
    </w:p>
    <w:p>
      <w:pPr>
        <w:pStyle w:val="Heading2"/>
      </w:pPr>
      <w:r>
        <w:t>Laguna Niguel Haunted Trails</w:t>
      </w:r>
    </w:p>
    <w:p>
      <w:pPr>
        <w:keepNext/>
        <w:spacing w:after="60"/>
      </w:pPr>
      <w:r>
        <w:rPr>
          <w:b/>
        </w:rPr>
        <w:t>Laguna Niguel  •  SCARE</w:t>
      </w:r>
    </w:p>
    <w:p>
      <w:pPr>
        <w:keepNext/>
      </w:pPr>
      <w:r>
        <w:t>A four night outdoor haunt at Crown Valley Park provides a local alternative to a full theme park evening.</w:t>
      </w:r>
    </w:p>
    <w:p>
      <w:pPr>
        <w:keepNext/>
      </w:pPr>
      <w:r>
        <w:t>When: Oct 22–25; Thu/Sun 6:30–9 pm, Fri/Sat 6:30–9:30 pm.  Cost: $13 presale through Oct 21 plus online fees; $15 day of. Physical ticket required.</w:t>
      </w:r>
    </w:p>
    <w:p>
      <w:pPr>
        <w:keepNext/>
        <w:spacing w:after="60"/>
      </w:pPr>
      <w:r>
        <w:t>Family fit: Not recommended under 10. Groups of 10+ cost $10/person when purchased in person.</w:t>
      </w:r>
    </w:p>
    <w:p>
      <w:pPr>
        <w:spacing w:after="80"/>
      </w:pPr>
      <w:hyperlink r:id="rId28">
        <w:r>
          <w:rPr>
            <w:color w:val="18546A"/>
            <w:u w:val="single"/>
          </w:rPr>
          <w:t>Official details</w:t>
        </w:r>
      </w:hyperlink>
    </w:p>
    <w:p>
      <w:pPr>
        <w:pStyle w:val="Heading2"/>
      </w:pPr>
      <w:r>
        <w:t>Knotts Scary Farm</w:t>
      </w:r>
    </w:p>
    <w:p>
      <w:pPr>
        <w:keepNext/>
        <w:spacing w:after="60"/>
      </w:pPr>
      <w:r>
        <w:rPr>
          <w:b/>
        </w:rPr>
        <w:t>Buena Park  •  SCARE</w:t>
      </w:r>
    </w:p>
    <w:p>
      <w:pPr>
        <w:keepNext/>
      </w:pPr>
      <w:r>
        <w:t>A full park evening of mazes, scare zones, rides and shows, including the new Inked and Unearthed mazes.</w:t>
      </w:r>
    </w:p>
    <w:p>
      <w:pPr>
        <w:keepNext/>
      </w:pPr>
      <w:r>
        <w:t>When: Select nights through Oct 31; check dated hours.  Cost: Online from $75; taxes may apply. Parking and upgrades extra; checkout fees unverified.</w:t>
      </w:r>
    </w:p>
    <w:p>
      <w:pPr>
        <w:keepNext/>
        <w:spacing w:after="60"/>
      </w:pPr>
      <w:r>
        <w:t>Family fit: Not recommended under 13. Guests 15 and younger require a chaperone 21+ under current park policy.</w:t>
      </w:r>
    </w:p>
    <w:p>
      <w:pPr>
        <w:spacing w:after="80"/>
      </w:pPr>
      <w:hyperlink r:id="rId29">
        <w:r>
          <w:rPr>
            <w:color w:val="18546A"/>
            <w:u w:val="single"/>
          </w:rPr>
          <w:t>Official details</w:t>
        </w:r>
      </w:hyperlink>
      <w:r>
        <w:t xml:space="preserve">  |  </w:t>
      </w:r>
      <w:hyperlink r:id="rId30">
        <w:r>
          <w:rPr>
            <w:color w:val="18546A"/>
            <w:u w:val="single"/>
          </w:rPr>
          <w:t>Practical details</w:t>
        </w:r>
      </w:hyperlink>
    </w:p>
    <w:p>
      <w:pPr>
        <w:pStyle w:val="Heading2"/>
      </w:pPr>
      <w:r>
        <w:t>The 17th Door</w:t>
      </w:r>
    </w:p>
    <w:p>
      <w:pPr>
        <w:keepNext/>
        <w:spacing w:after="60"/>
      </w:pPr>
      <w:r>
        <w:rPr>
          <w:b/>
        </w:rPr>
        <w:t>Buena Park  •  EXTREME • physical contact</w:t>
      </w:r>
    </w:p>
    <w:p>
      <w:pPr>
        <w:keepNext/>
      </w:pPr>
      <w:r>
        <w:t>A roughly 35 minute participatory haunt for visitors who actively want physical and sensory effects. Read all warnings before booking.</w:t>
      </w:r>
    </w:p>
    <w:p>
      <w:pPr>
        <w:keepNext/>
      </w:pPr>
      <w:r>
        <w:t>When: Oct 10–11, 14–18, 21–25, 27–31 and Nov 1; timed entry.  Cost: From $39–47 by remaining date, fees included. No refunds.</w:t>
      </w:r>
    </w:p>
    <w:p>
      <w:pPr>
        <w:keepNext/>
        <w:spacing w:after="60"/>
      </w:pPr>
      <w:r>
        <w:t>Family fit: Recommended 16+; under 18 need a parent/legal guardian’s on site waiver signature. Actors may grab guests; water and other physical effects occur. Three rooms cannot be exited using the safe word Mercy once entered. Staff can help bypass some obstacles.</w:t>
      </w:r>
    </w:p>
    <w:p>
      <w:pPr>
        <w:spacing w:after="80"/>
      </w:pPr>
      <w:hyperlink r:id="rId31">
        <w:r>
          <w:rPr>
            <w:color w:val="18546A"/>
            <w:u w:val="single"/>
          </w:rPr>
          <w:t>Official details</w:t>
        </w:r>
      </w:hyperlink>
      <w:r>
        <w:t xml:space="preserve">  |  </w:t>
      </w:r>
      <w:hyperlink r:id="rId32">
        <w:r>
          <w:rPr>
            <w:color w:val="18546A"/>
            <w:u w:val="single"/>
          </w:rPr>
          <w:t>Practical details</w:t>
        </w:r>
      </w:hyperlink>
    </w:p>
    <w:p>
      <w:pPr>
        <w:pStyle w:val="Heading1"/>
      </w:pPr>
      <w:r>
        <w:t>Inland Empire and the High Desert</w:t>
      </w:r>
    </w:p>
    <w:p>
      <w:pPr>
        <w:pStyle w:val="Heading2"/>
      </w:pPr>
      <w:r>
        <w:t>Calico Ghost Haunt</w:t>
      </w:r>
    </w:p>
    <w:p>
      <w:pPr>
        <w:keepNext/>
        <w:spacing w:after="60"/>
      </w:pPr>
      <w:r>
        <w:rPr>
          <w:b/>
        </w:rPr>
        <w:t>Yermo • High Desert drive  •  MIXED</w:t>
      </w:r>
    </w:p>
    <w:p>
      <w:pPr>
        <w:keepNext/>
      </w:pPr>
      <w:r>
        <w:t>A historic ghost town pairs daytime family programming with scheduled evening scarers. Allow for the longer High Desert drive.</w:t>
      </w:r>
    </w:p>
    <w:p>
      <w:pPr>
        <w:keepNext/>
      </w:pPr>
      <w:r>
        <w:t>When: Oct 23–25 and Oct 30–Nov 1. Fri 5–9 pm; Sat 9 am–10 pm; Sun 9 am–5 pm. Confirm Nov 1 opening.  Cost: Ages 12+ $15; ages 4–11 $10; under 4 free. Attractions extra.</w:t>
      </w:r>
    </w:p>
    <w:p>
      <w:pPr>
        <w:keepNext/>
        <w:spacing w:after="60"/>
      </w:pPr>
      <w:r>
        <w:t>Family fit: Scarers Fri 5–9 pm and Sat 6–10 pm. Choose daytime for gentler programming; individual attraction ages unverified.</w:t>
      </w:r>
    </w:p>
    <w:p>
      <w:pPr>
        <w:spacing w:after="80"/>
      </w:pPr>
      <w:hyperlink r:id="rId33">
        <w:r>
          <w:rPr>
            <w:color w:val="18546A"/>
            <w:u w:val="single"/>
          </w:rPr>
          <w:t>Official details</w:t>
        </w:r>
      </w:hyperlink>
    </w:p>
    <w:p>
      <w:pPr>
        <w:pStyle w:val="Heading2"/>
      </w:pPr>
      <w:r>
        <w:t>Wraith House</w:t>
      </w:r>
    </w:p>
    <w:p>
      <w:pPr>
        <w:keepNext/>
        <w:spacing w:after="60"/>
      </w:pPr>
      <w:r>
        <w:rPr>
          <w:b/>
        </w:rPr>
        <w:t>Skyforest near Lake Arrowhead  •  MILD or SCARE</w:t>
      </w:r>
    </w:p>
    <w:p>
      <w:pPr>
        <w:keepNext/>
      </w:pPr>
      <w:r>
        <w:t>A mountain area walk through with separate low and high scare sessions, both carrying age guidance.</w:t>
      </w:r>
    </w:p>
    <w:p>
      <w:pPr>
        <w:keepNext/>
      </w:pPr>
      <w:r>
        <w:t>When: Oct 22–24 and 29–31. Low scare 6–6:45 pm; high scare 7–9:30 pm, closing 9 pm Oct 22, 29 and 31.  Cost: Check HauntPay for ticket/donation amount; nonrefundable.</w:t>
      </w:r>
    </w:p>
    <w:p>
      <w:pPr>
        <w:keepNext/>
        <w:spacing w:after="60"/>
      </w:pPr>
      <w:r>
        <w:t>Family fit: Low scare not recommended under 8; high scare not recommended under 12. Strobes and fog. Terms restrict casts, braces, crutches or physical limitations; consult organizer before travel.</w:t>
      </w:r>
    </w:p>
    <w:p>
      <w:pPr>
        <w:spacing w:after="80"/>
      </w:pPr>
      <w:hyperlink r:id="rId34">
        <w:r>
          <w:rPr>
            <w:color w:val="18546A"/>
            <w:u w:val="single"/>
          </w:rPr>
          <w:t>Official details</w:t>
        </w:r>
      </w:hyperlink>
      <w:r>
        <w:t xml:space="preserve">  |  </w:t>
      </w:r>
      <w:hyperlink r:id="rId35">
        <w:r>
          <w:rPr>
            <w:color w:val="18546A"/>
            <w:u w:val="single"/>
          </w:rPr>
          <w:t>Practical details</w:t>
        </w:r>
      </w:hyperlink>
    </w:p>
    <w:p>
      <w:pPr>
        <w:pStyle w:val="Heading2"/>
      </w:pPr>
      <w:r>
        <w:t>Castle Dark</w:t>
      </w:r>
    </w:p>
    <w:p>
      <w:pPr>
        <w:keepNext/>
        <w:spacing w:after="60"/>
      </w:pPr>
      <w:r>
        <w:rPr>
          <w:b/>
        </w:rPr>
        <w:t>Riverside  •  SCARE</w:t>
      </w:r>
    </w:p>
    <w:p>
      <w:pPr>
        <w:keepNext/>
      </w:pPr>
      <w:r>
        <w:t>Three mazes, roaming scares, shows and rides offer several kinds of Halloween entertainment in one park.</w:t>
      </w:r>
    </w:p>
    <w:p>
      <w:pPr>
        <w:keepNext/>
      </w:pPr>
      <w:r>
        <w:t>When: Fri–Sun through Nov 1, plus Oct 29; 7 pm–midnight.  Cost: Dated online from $29.99; gate $49.99. Parking $10 online/$15 gate; checkout taxes/fees unverified.</w:t>
      </w:r>
    </w:p>
    <w:p>
      <w:pPr>
        <w:keepNext/>
        <w:spacing w:after="60"/>
      </w:pPr>
      <w:r>
        <w:t>Family fit: Not intended under 13. Under 17 must remain with a parent/guardian 21+. 3500 Polk Street.</w:t>
      </w:r>
    </w:p>
    <w:p>
      <w:pPr>
        <w:spacing w:after="80"/>
      </w:pPr>
      <w:hyperlink r:id="rId36">
        <w:r>
          <w:rPr>
            <w:color w:val="18546A"/>
            <w:u w:val="single"/>
          </w:rPr>
          <w:t>Official details</w:t>
        </w:r>
      </w:hyperlink>
    </w:p>
    <w:p>
      <w:pPr>
        <w:pStyle w:val="Heading2"/>
      </w:pPr>
      <w:r>
        <w:t>Nightmare Rising Pandemic Z</w:t>
      </w:r>
    </w:p>
    <w:p>
      <w:pPr>
        <w:keepNext/>
        <w:spacing w:after="60"/>
      </w:pPr>
      <w:r>
        <w:rPr>
          <w:b/>
        </w:rPr>
        <w:t>SC Village • Chino and Corona postal area  •  EXTREME • physical contact</w:t>
      </w:r>
    </w:p>
    <w:p>
      <w:pPr>
        <w:keepNext/>
      </w:pPr>
      <w:r>
        <w:t>An interactive zombie survival event with six storylines and guests as participants. Confirm availability before making the drive.</w:t>
      </w:r>
    </w:p>
    <w:p>
      <w:pPr>
        <w:keepNext/>
      </w:pPr>
      <w:r>
        <w:t>When: Select nights through Oct 31, gates 7 pm. Official pages disagree on Oct 30 versus 31 ending.  Cost: GA listed $59.99 plus fee, but displayed unavailable; RIP $99.99 plus fee.</w:t>
      </w:r>
    </w:p>
    <w:p>
      <w:pPr>
        <w:keepNext/>
        <w:spacing w:after="60"/>
      </w:pPr>
      <w:r>
        <w:t>Family fit: Recommended 13+; 17 and under require an adult chaperone and signed waivers. Direct contact; two waivers per guest. Use the venue map for 8900 McCarty Road because official city/ZIP listings conflict.</w:t>
      </w:r>
    </w:p>
    <w:p>
      <w:pPr>
        <w:spacing w:after="80"/>
      </w:pPr>
      <w:hyperlink r:id="rId37">
        <w:r>
          <w:rPr>
            <w:color w:val="18546A"/>
            <w:u w:val="single"/>
          </w:rPr>
          <w:t>Official details</w:t>
        </w:r>
      </w:hyperlink>
      <w:r>
        <w:t xml:space="preserve">  |  </w:t>
      </w:r>
      <w:hyperlink r:id="rId38">
        <w:r>
          <w:rPr>
            <w:color w:val="18546A"/>
            <w:u w:val="single"/>
          </w:rPr>
          <w:t>Practical details</w:t>
        </w:r>
      </w:hyperlink>
    </w:p>
    <w:p>
      <w:pPr>
        <w:pStyle w:val="Heading1"/>
        <w:pageBreakBefore/>
      </w:pPr>
      <w:r>
        <w:t>South Bay Los Angeles</w:t>
      </w:r>
    </w:p>
    <w:p>
      <w:r>
        <w:t>Start with the confirmed Hermosa Beach maze or Lawndale’s family festival. The Torrance train below is a promising extra that still needs an organizer check.</w:t>
      </w:r>
    </w:p>
    <w:p>
      <w:pPr>
        <w:pStyle w:val="Heading2"/>
      </w:pPr>
      <w:r>
        <w:t>The Forgotten Circus</w:t>
      </w:r>
    </w:p>
    <w:p>
      <w:pPr>
        <w:keepNext/>
        <w:spacing w:after="60"/>
      </w:pPr>
      <w:r>
        <w:rPr>
          <w:b/>
        </w:rPr>
        <w:t>Hermosa Beach  •  MILD to SCARE • selectable level</w:t>
      </w:r>
    </w:p>
    <w:p>
      <w:pPr>
        <w:keepNext/>
      </w:pPr>
      <w:r>
        <w:t>An artist built gallery maze with live performers, little gore and three selectable scare levels. The format gives mixed comfort groups more choice.</w:t>
      </w:r>
    </w:p>
    <w:p>
      <w:pPr>
        <w:keepNext/>
      </w:pPr>
      <w:r>
        <w:t>When: Remaining maze nights Oct 16, 23 and 30, 6–9 pm; last entry 8:55 pm. Oct 31 is a separate party.  Cost: $15/person, adults and children; check fees. Advance hour window tickets; door entry if space.</w:t>
      </w:r>
    </w:p>
    <w:p>
      <w:pPr>
        <w:keepNext/>
        <w:spacing w:after="60"/>
      </w:pPr>
      <w:r>
        <w:t>Family fit: 15 and younger need parent/guardian accompaniment and waiver. Organizer calls it family friendly, but strobes, fog, loud sound and live scares remain. Explicit no touch policy. 636 Cypress Avenue.</w:t>
      </w:r>
    </w:p>
    <w:p>
      <w:pPr>
        <w:spacing w:after="80"/>
      </w:pPr>
      <w:hyperlink r:id="rId39">
        <w:r>
          <w:rPr>
            <w:color w:val="18546A"/>
            <w:u w:val="single"/>
          </w:rPr>
          <w:t>Official details</w:t>
        </w:r>
      </w:hyperlink>
    </w:p>
    <w:p>
      <w:pPr>
        <w:pStyle w:val="Heading2"/>
      </w:pPr>
      <w:r>
        <w:t>Lawndale Halloween Haunt</w:t>
      </w:r>
    </w:p>
    <w:p>
      <w:pPr>
        <w:keepNext/>
        <w:spacing w:after="60"/>
      </w:pPr>
      <w:r>
        <w:rPr>
          <w:b/>
        </w:rPr>
        <w:t>Lawndale  •  FAMILY • civic festival</w:t>
      </w:r>
    </w:p>
    <w:p>
      <w:pPr>
        <w:keepNext/>
      </w:pPr>
      <w:r>
        <w:t>Costumes, face painting, music and family performances make a free community outing at the Civic Center.</w:t>
      </w:r>
    </w:p>
    <w:p>
      <w:pPr>
        <w:keepNext/>
      </w:pPr>
      <w:r>
        <w:t>When: Oct 31, 4–8 pm.  Cost: Free; food vendors extra.</w:t>
      </w:r>
    </w:p>
    <w:p>
      <w:pPr>
        <w:keepNext/>
        <w:spacing w:after="60"/>
      </w:pPr>
      <w:r>
        <w:t>Family fit: City advertises a whole family event. Treat it as a festival: a haunted maze is not confirmed by the city flyer. 14717 Burin Avenue.</w:t>
      </w:r>
    </w:p>
    <w:p>
      <w:pPr>
        <w:spacing w:after="80"/>
      </w:pPr>
      <w:hyperlink r:id="rId40">
        <w:r>
          <w:rPr>
            <w:color w:val="18546A"/>
            <w:u w:val="single"/>
          </w:rPr>
          <w:t>Official details</w:t>
        </w:r>
      </w:hyperlink>
    </w:p>
    <w:p>
      <w:pPr>
        <w:pStyle w:val="Heading2"/>
      </w:pPr>
      <w:r>
        <w:t>One to confirm before going</w:t>
      </w:r>
    </w:p>
    <w:p>
      <w:r>
        <w:t>Southern California Live Steamers Halloween Train Rides • Torrance. Discover Torrance lists Oct 23–24, 4:45–8:15 pm, at Wilson Park, 2290 Washington Avenue. Reported cost is $10/rider at the depot. An organizer attributed listing says riders must walk unassisted and be at least 32 inches tall. The organizer website was unavailable during checking, so reconfirm dates, rider rules and price before traveling. This is a display train alternative, not a verified haunted maze.</w:t>
      </w:r>
    </w:p>
    <w:p>
      <w:hyperlink r:id="rId41">
        <w:r>
          <w:rPr>
            <w:color w:val="18546A"/>
            <w:u w:val="single"/>
          </w:rPr>
          <w:t>Tourism listing</w:t>
        </w:r>
      </w:hyperlink>
      <w:r>
        <w:t xml:space="preserve">  |  </w:t>
      </w:r>
      <w:hyperlink r:id="rId42">
        <w:r>
          <w:rPr>
            <w:color w:val="18546A"/>
            <w:u w:val="single"/>
          </w:rPr>
          <w:t>Organizer</w:t>
        </w:r>
      </w:hyperlink>
    </w:p>
    <w:p>
      <w:pPr>
        <w:pStyle w:val="Heading1"/>
      </w:pPr>
      <w:r>
        <w:t>Before you book</w:t>
      </w:r>
    </w:p>
    <w:p>
      <w:r>
        <w:t>Agree on the scare level together. A family label or a no actor session can still include darkness, sudden movement, fog and loud audio. Check medical and sensory warnings, contact policies, mobility access and stroller rules directly; unknown policies in this guide should not be read as promises.</w:t>
      </w:r>
    </w:p>
    <w:p>
      <w:r>
        <w:t>Use the linked organizer pages for live availability, total checkout costs and any changed hours. Reservations, timed entry and short home haunt runs make a same day check worthwhile. Each attraction sets its own rules; age recommendations are different from mandatory chaperone or waiver requirements.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Geekthentic  •  Halloween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6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hittiermuseum.org/whittier-museum-haunt/" TargetMode="External"/><Relationship Id="rId11" Type="http://schemas.openxmlformats.org/officeDocument/2006/relationships/hyperlink" Target="https://sangabrielcity.com/FallFunFest" TargetMode="External"/><Relationship Id="rId12" Type="http://schemas.openxmlformats.org/officeDocument/2006/relationships/hyperlink" Target="https://www.lineagepac.org/upcoming-events/ghost" TargetMode="External"/><Relationship Id="rId13" Type="http://schemas.openxmlformats.org/officeDocument/2006/relationships/hyperlink" Target="https://www.descansogardens.org/carved/" TargetMode="External"/><Relationship Id="rId14" Type="http://schemas.openxmlformats.org/officeDocument/2006/relationships/hyperlink" Target="https://www.descansogardens.org/carved-faqs/" TargetMode="External"/><Relationship Id="rId15" Type="http://schemas.openxmlformats.org/officeDocument/2006/relationships/hyperlink" Target="https://hellizondo.com/" TargetMode="External"/><Relationship Id="rId16" Type="http://schemas.openxmlformats.org/officeDocument/2006/relationships/hyperlink" Target="https://www.rottenapple907.com/2026-twisted-yuletide" TargetMode="External"/><Relationship Id="rId17" Type="http://schemas.openxmlformats.org/officeDocument/2006/relationships/hyperlink" Target="https://www.rottenapple907.com/dates---times" TargetMode="External"/><Relationship Id="rId18" Type="http://schemas.openxmlformats.org/officeDocument/2006/relationships/hyperlink" Target="https://www.spookyhollows.com/" TargetMode="External"/><Relationship Id="rId19" Type="http://schemas.openxmlformats.org/officeDocument/2006/relationships/hyperlink" Target="https://www.spookyhollows.com/events/" TargetMode="External"/><Relationship Id="rId20" Type="http://schemas.openxmlformats.org/officeDocument/2006/relationships/hyperlink" Target="https://skullcraftstreet.com/" TargetMode="External"/><Relationship Id="rId21" Type="http://schemas.openxmlformats.org/officeDocument/2006/relationships/hyperlink" Target="https://skullcraftstreet.com/faq/" TargetMode="External"/><Relationship Id="rId22" Type="http://schemas.openxmlformats.org/officeDocument/2006/relationships/hyperlink" Target="https://santamonica.enterprise.localist.com/event/ghosts-of-the-miles" TargetMode="External"/><Relationship Id="rId23" Type="http://schemas.openxmlformats.org/officeDocument/2006/relationships/hyperlink" Target="https://www.santamonica.gov/events/45112ggwps9h1y66jw9xjewkx6/202610231700" TargetMode="External"/><Relationship Id="rId24" Type="http://schemas.openxmlformats.org/officeDocument/2006/relationships/hyperlink" Target="https://mrbonespumpkinpatch.com/admissions/" TargetMode="External"/><Relationship Id="rId25" Type="http://schemas.openxmlformats.org/officeDocument/2006/relationships/hyperlink" Target="https://mrbonespumpkinpatch.com/faqs/" TargetMode="External"/><Relationship Id="rId26" Type="http://schemas.openxmlformats.org/officeDocument/2006/relationships/hyperlink" Target="https://www.sixflags.com/knotts/events/spooky-farm" TargetMode="External"/><Relationship Id="rId27" Type="http://schemas.openxmlformats.org/officeDocument/2006/relationships/hyperlink" Target="https://hmhaunt.com/" TargetMode="External"/><Relationship Id="rId28" Type="http://schemas.openxmlformats.org/officeDocument/2006/relationships/hyperlink" Target="https://cityoflagunaniguel.org/DocumentCenter/View/31126/Haunted-Trails-Flyer-2026-" TargetMode="External"/><Relationship Id="rId29" Type="http://schemas.openxmlformats.org/officeDocument/2006/relationships/hyperlink" Target="https://www.sixflags.com/knotts/events/scary-farm" TargetMode="External"/><Relationship Id="rId30" Type="http://schemas.openxmlformats.org/officeDocument/2006/relationships/hyperlink" Target="https://www.sixflags.com/knotts/code-of-conduct" TargetMode="External"/><Relationship Id="rId31" Type="http://schemas.openxmlformats.org/officeDocument/2006/relationships/hyperlink" Target="https://the17thdoor.com/faq/" TargetMode="External"/><Relationship Id="rId32" Type="http://schemas.openxmlformats.org/officeDocument/2006/relationships/hyperlink" Target="https://the17thdoor.com/tickets/" TargetMode="External"/><Relationship Id="rId33" Type="http://schemas.openxmlformats.org/officeDocument/2006/relationships/hyperlink" Target="https://parks.sbcounty.gov/calico-ghost-haunt/" TargetMode="External"/><Relationship Id="rId34" Type="http://schemas.openxmlformats.org/officeDocument/2006/relationships/hyperlink" Target="https://www.wraithhouse.net/terms" TargetMode="External"/><Relationship Id="rId35" Type="http://schemas.openxmlformats.org/officeDocument/2006/relationships/hyperlink" Target="https://app.hauntpay.com/events/wraith-house-2026" TargetMode="External"/><Relationship Id="rId36" Type="http://schemas.openxmlformats.org/officeDocument/2006/relationships/hyperlink" Target="https://castlepark.com/castle-dark/" TargetMode="External"/><Relationship Id="rId37" Type="http://schemas.openxmlformats.org/officeDocument/2006/relationships/hyperlink" Target="https://nightmarerisinghaunt.com/pages/faqs" TargetMode="External"/><Relationship Id="rId38" Type="http://schemas.openxmlformats.org/officeDocument/2006/relationships/hyperlink" Target="https://nightmarerisinghaunt.com/products/nightmare-risings-pandemic-z" TargetMode="External"/><Relationship Id="rId39" Type="http://schemas.openxmlformats.org/officeDocument/2006/relationships/hyperlink" Target="https://notshockboxx.com/circus/" TargetMode="External"/><Relationship Id="rId40" Type="http://schemas.openxmlformats.org/officeDocument/2006/relationships/hyperlink" Target="https://lawndaleca.hosted.civiclive.com/news/what_s_new/halloween_haunt_2026" TargetMode="External"/><Relationship Id="rId41" Type="http://schemas.openxmlformats.org/officeDocument/2006/relationships/hyperlink" Target="https://discovertorrance.com/halloween-happenings-in-torrance/" TargetMode="External"/><Relationship Id="rId42" Type="http://schemas.openxmlformats.org/officeDocument/2006/relationships/hyperlink" Target="https://www.southerncalifornialivesteam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Geekthentic Halloween 2026 Regional Guide</dc:title>
  <dc:subject>Family outings and haunts across six Southern California regions</dc:subject>
  <dc:creator>Geekthentic</dc:creator>
  <cp:keywords/>
  <dc:description>generated by python-docx</dc:description>
  <cp:lastModifiedBy/>
  <cp:revision>1</cp:revision>
  <dcterms:created xsi:type="dcterms:W3CDTF">2013-12-23T23:15:00Z</dcterms:created>
  <dcterms:modified xsi:type="dcterms:W3CDTF">2013-12-23T23:15:00Z</dcterms:modified>
  <cp:category/>
</cp:coreProperties>
</file>